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TrafDefence Windows</w:t>
      </w:r>
    </w:p>
    <w:p>
      <w:pPr>
        <w:pStyle w:val="Heading1"/>
        <w:keepNext/>
      </w:pPr>
      <w:r>
        <w:t>Содержание Contents</w:t>
      </w:r>
    </w:p>
    <w:p>
      <w:hyperlink w:anchor="instruction_ru" w:history="1">
        <w:r>
          <w:rPr>
            <w:color w:val="17365D"/>
            <w:u w:val="single"/>
          </w:rPr>
          <w:t>1. Русский</w:t>
        </w:r>
      </w:hyperlink>
    </w:p>
    <w:p>
      <w:hyperlink w:anchor="instruction_en" w:history="1">
        <w:r>
          <w:rPr>
            <w:color w:val="17365D"/>
            <w:u w:val="single"/>
          </w:rPr>
          <w:t>2. English</w:t>
        </w:r>
      </w:hyperlink>
    </w:p>
    <w:p>
      <w:r>
        <w:br w:type="page"/>
      </w:r>
    </w:p>
    <w:p>
      <w:pPr>
        <w:pStyle w:val="Title"/>
      </w:pPr>
      <w:bookmarkStart w:id="1" w:name="instruction_ru"/>
      <w:r>
        <w:t>Подключение TrafDefence на Windows</w:t>
      </w:r>
      <w:bookmarkEnd w:id="1"/>
    </w:p>
    <w:p>
      <w:r>
        <w:t>Следуйте выбранному способу подключения. Для ручного IKEv2 используйте данные одного доступного профиля из своего кабинета TrafDefence.</w:t>
      </w:r>
    </w:p>
    <w:p>
      <w:pPr>
        <w:pStyle w:val="Heading1"/>
        <w:keepNext/>
      </w:pPr>
      <w:r>
        <w:t>Перед началом</w:t>
      </w:r>
    </w:p>
    <w:p>
      <w:pPr>
        <w:pStyle w:val="ListBullet"/>
      </w:pPr>
      <w:r>
        <w:t>Откройте https://trafdefence.online, войдите в кабинет и проверьте активную подписку. Откройте Подключение и выберите свою платформу.</w:t>
      </w:r>
    </w:p>
    <w:p>
      <w:pPr>
        <w:pStyle w:val="ListBullet"/>
      </w:pPr>
      <w:r>
        <w:t>Проверьте обычный интернет и отключите другие VPN. Для IKEv2 выбирайте только доступный маршрут из окна профилей. Прямые NL и DE для ручного IKEv2 недоступны. Не смешивайте данные разных маршрутов.</w:t>
      </w:r>
    </w:p>
    <w:p>
      <w:pPr>
        <w:pStyle w:val="ListBullet"/>
      </w:pPr>
      <w:r>
        <w:t>Для ручной настройки нужны сервер, Remote ID, VPN-логин, VPN-пароль и ca-cert.crt выбранного профиля. Пароль кабинета здесь не используется. Файлы .sswan и .mobileconfig содержат персональные данные подключения: не пересылайте их, после установки удалите скачанную копию.</w:t>
      </w:r>
    </w:p>
    <w:p>
      <w:pPr>
        <w:pStyle w:val="Heading1"/>
        <w:keepNext/>
      </w:pPr>
      <w:r>
        <w:t>Установка и подключение</w:t>
      </w:r>
    </w:p>
    <w:p>
      <w:pPr>
        <w:pStyle w:val="ListNumber"/>
      </w:pPr>
      <w:r>
        <w:t>В кабинете откройте Подключение → Windows. Скачайте TrafDefence.exe и запустите файл. Подтвердите необходимые системные запросы.</w:t>
      </w:r>
    </w:p>
    <w:p>
      <w:pPr>
        <w:pStyle w:val="ListNumber"/>
      </w:pPr>
      <w:r>
        <w:t>Введите одну полную пару данных: email или логин и пароль кабинета либо VPN-логин и VPN-пароль. Выберите доступный маршрут и нажмите Подключить один раз.</w:t>
      </w:r>
    </w:p>
    <w:p>
      <w:pPr>
        <w:pStyle w:val="ListNumber"/>
      </w:pPr>
      <w:r>
        <w:t>Дождитесь результата 30–40 секунд. Для отключения используйте Отключить в приложении. Для полного выхода используйте значок в трее.</w:t>
      </w:r>
    </w:p>
    <w:p>
      <w:pPr>
        <w:pStyle w:val="ListNumber"/>
      </w:pPr>
      <w:r>
        <w:t>Альтернатива: скачайте TrafDefence-Alternative.exe, запустите, введите ту же полную пару данных и подтвердите настройку. Конфигуратор создаёт системное подключение TrafDefence Alternative; управлять им можно в разделе VPN Windows. Для обновления настроек запустите конфигуратор снова.</w:t>
      </w:r>
    </w:p>
    <w:p>
      <w:pPr>
        <w:pStyle w:val="Heading1"/>
        <w:keepNext/>
      </w:pPr>
      <w:r>
        <w:t>Ручная настройка</w:t>
      </w:r>
    </w:p>
    <w:p>
      <w:pPr>
        <w:pStyle w:val="ListNumber"/>
      </w:pPr>
      <w:r>
        <w:t>Скачайте ca-cert.crt. Правый клик → Установить сертификат → Локальный компьютер → Поместить все сертификаты в следующее хранилище → Доверенные корневые центры сертификации. Подтвердите запросы и завершите импорт.</w:t>
      </w:r>
    </w:p>
    <w:p>
      <w:pPr>
        <w:pStyle w:val="ListNumber"/>
      </w:pPr>
      <w:r>
        <w:t>Параметры → Сеть и Интернет → VPN → Добавить VPN. Поставщик Windows встроенный, имя TrafDefence, сервер из выбранного профиля, тип IKEv2, вход Имя пользователя и пароль. Введите VPN-логин и VPN-пароль того же профиля и сохраните.</w:t>
      </w:r>
    </w:p>
    <w:p>
      <w:pPr>
        <w:pStyle w:val="ListNumber"/>
      </w:pPr>
      <w:r>
        <w:t>Win+R → ncpa.cpl → свойства созданного подключения → Безопасность. Включите EAP и выберите EAP-MSCHAPv2. В Сеть → IPv4 → Свойства → Дополнительно включите Использовать шлюз по умолчанию в удалённой сети.</w:t>
      </w:r>
    </w:p>
    <w:p>
      <w:pPr>
        <w:pStyle w:val="ListNumber"/>
      </w:pPr>
      <w:r>
        <w:t>Выберите подключение в разделе VPN и нажмите Подключить. Системное окно не имеет отдельного поля Remote ID: используйте адрес сервера из одного выбранного профиля. Проверку сертификата оставьте включённой.</w:t>
      </w:r>
    </w:p>
    <w:p>
      <w:pPr>
        <w:pStyle w:val="Heading1"/>
        <w:keepNext/>
      </w:pPr>
      <w:r>
        <w:t>Проверка и смена маршрута</w:t>
      </w:r>
    </w:p>
    <w:p>
      <w:pPr>
        <w:pStyle w:val="ListNumber"/>
      </w:pPr>
      <w:r>
        <w:t>Подключение может занять 30–40 секунд. Нажмите подключение один раз и дождитесь результата, не меняя сеть.</w:t>
      </w:r>
    </w:p>
    <w:p>
      <w:pPr>
        <w:pStyle w:val="ListNumber"/>
      </w:pPr>
      <w:r>
        <w:t>Откройте https://2ip.ru и несколько сайтов. Внешний IP должен измениться и соответствовать выходу выбранного маршрута. Статус Подключено сам по себе не подтверждает передачу трафика.</w:t>
      </w:r>
    </w:p>
    <w:p>
      <w:pPr>
        <w:pStyle w:val="ListNumber"/>
      </w:pPr>
      <w:r>
        <w:t>Для смены маршрута отключите старый VPN, выберите новый маршрут и скачайте его профиль или обновите все ручные поля из него. В приложении выберите новый маршрут. Подключитесь снова и проверьте IP.</w:t>
      </w:r>
    </w:p>
    <w:p>
      <w:pPr>
        <w:pStyle w:val="Heading1"/>
        <w:keepNext/>
      </w:pPr>
      <w:r>
        <w:t>Устранение проблем</w:t>
      </w:r>
    </w:p>
    <w:p>
      <w:pPr>
        <w:pStyle w:val="Heading2"/>
        <w:keepNext/>
      </w:pPr>
      <w:r>
        <w:t>Подключение остановилось или появился код ошибки</w:t>
      </w:r>
    </w:p>
    <w:p>
      <w:pPr>
        <w:pStyle w:val="ListBullet"/>
      </w:pPr>
      <w:r>
        <w:t>Полностью закройте TrafDefence через значок в трее и откройте приложение снова.</w:t>
      </w:r>
    </w:p>
    <w:p>
      <w:pPr>
        <w:pStyle w:val="ListBullet"/>
      </w:pPr>
      <w:r>
        <w:t>Подождите 15–30 секунд перед новой попыткой.</w:t>
      </w:r>
    </w:p>
    <w:p>
      <w:pPr>
        <w:pStyle w:val="ListBullet"/>
      </w:pPr>
      <w:r>
        <w:t>Нажмите подключение один раз и дождитесь результата 30–40 секунд.</w:t>
      </w:r>
    </w:p>
    <w:p>
      <w:pPr>
        <w:pStyle w:val="ListBullet"/>
      </w:pPr>
      <w:r>
        <w:t>Если ошибка повторилась, установите актуальную версию с этой страницы. Скопируйте доступную диагностику или точный текст ошибки и отправьте в поддержку.</w:t>
      </w:r>
    </w:p>
    <w:p>
      <w:pPr>
        <w:pStyle w:val="Heading2"/>
        <w:keepNext/>
      </w:pPr>
      <w:r>
        <w:t>Неверный логин или пароль</w:t>
      </w:r>
    </w:p>
    <w:p>
      <w:pPr>
        <w:pStyle w:val="ListBullet"/>
      </w:pPr>
      <w:r>
        <w:t>В приложении введите email/логин и пароль кабинета либо VPN-логин и VPN-пароль. Используйте одну пару целиком.</w:t>
      </w:r>
    </w:p>
    <w:p>
      <w:pPr>
        <w:pStyle w:val="ListBullet"/>
      </w:pPr>
      <w:r>
        <w:t>При ручной настройке скопируйте сервер, Remote ID, VPN-логин и VPN-пароль из одного выбранного профиля. Пароль кабинета сюда не вводите.</w:t>
      </w:r>
    </w:p>
    <w:p>
      <w:pPr>
        <w:pStyle w:val="ListBullet"/>
      </w:pPr>
      <w:r>
        <w:t>Удалите пробелы в начале и конце. Проверьте регистр букв. Возьмите актуальные данные в кабинете или выбранном профиле.</w:t>
      </w:r>
    </w:p>
    <w:p>
      <w:pPr>
        <w:pStyle w:val="Heading2"/>
        <w:keepNext/>
      </w:pPr>
      <w:r>
        <w:t>Как повторить попытку с одним VPN</w:t>
      </w:r>
    </w:p>
    <w:p>
      <w:pPr>
        <w:pStyle w:val="ListBullet"/>
      </w:pPr>
      <w:r>
        <w:t>Отключите VPN другого сервиса. Полностью закройте его приложение и сетевые ускорители.</w:t>
      </w:r>
    </w:p>
    <w:p>
      <w:pPr>
        <w:pStyle w:val="ListBullet"/>
      </w:pPr>
      <w:r>
        <w:t>Проверьте, что обычный интернет работает без VPN. Не переключайте Wi-Fi, кабель или мобильную сеть во время подключения.</w:t>
      </w:r>
    </w:p>
    <w:p>
      <w:pPr>
        <w:pStyle w:val="ListBullet"/>
      </w:pPr>
      <w:r>
        <w:t>Подключите только TrafDefence и дождитесь результата 30–40 секунд.</w:t>
      </w:r>
    </w:p>
    <w:p>
      <w:pPr>
        <w:pStyle w:val="Heading2"/>
        <w:keepNext/>
      </w:pPr>
      <w:r>
        <w:t>VPN подключён, но сайты, игры или приложения не открываются</w:t>
      </w:r>
    </w:p>
    <w:p>
      <w:pPr>
        <w:pStyle w:val="ListBullet"/>
      </w:pPr>
      <w:r>
        <w:t>Проверьте открытие сайтов без VPN, затем подключите выбранный маршрут снова.</w:t>
      </w:r>
    </w:p>
    <w:p>
      <w:pPr>
        <w:pStyle w:val="ListBullet"/>
      </w:pPr>
      <w:r>
        <w:t>Отключите сторонний прокси. Для проверки верните DNS устройства к автоматическому режиму и отключите сторонний защищённый DNS.</w:t>
      </w:r>
    </w:p>
    <w:p>
      <w:pPr>
        <w:pStyle w:val="ListBullet"/>
      </w:pPr>
      <w:r>
        <w:t>Проверьте внешний IP на 2ip.ru и открытие нескольких сайтов. Если проблема осталась, отправьте в поддержку адреса сайтов и время проверки.</w:t>
      </w:r>
    </w:p>
    <w:p>
      <w:pPr>
        <w:pStyle w:val="Heading2"/>
        <w:keepNext/>
      </w:pPr>
      <w:r>
        <w:t>Не видны данные подключения или доступ закончился</w:t>
      </w:r>
    </w:p>
    <w:p>
      <w:pPr>
        <w:pStyle w:val="ListBullet"/>
      </w:pPr>
      <w:r>
        <w:t>Проверьте статус подписки и дату окончания на главной странице кабинета.</w:t>
      </w:r>
    </w:p>
    <w:p>
      <w:pPr>
        <w:pStyle w:val="ListBullet"/>
      </w:pPr>
      <w:r>
        <w:t>После оплаты обновите страницу или войдите в кабинет снова. При активной подписке выберите нужный профиль.</w:t>
      </w:r>
    </w:p>
    <w:p>
      <w:pPr>
        <w:pStyle w:val="ListBullet"/>
      </w:pPr>
      <w:r>
        <w:t>Для продления оплатите следующий срок вручную; автоматических списаний нет.</w:t>
      </w:r>
    </w:p>
    <w:p>
      <w:pPr>
        <w:pStyle w:val="Heading2"/>
        <w:keepNext/>
      </w:pPr>
      <w:r>
        <w:t>Windows код RAS 87, 632 или 809</w:t>
      </w:r>
    </w:p>
    <w:p>
      <w:pPr>
        <w:pStyle w:val="ListBullet"/>
      </w:pPr>
      <w:r>
        <w:t>Полностью закройте TrafDefence через значок в трее и откройте приложение снова.</w:t>
      </w:r>
    </w:p>
    <w:p>
      <w:pPr>
        <w:pStyle w:val="ListBullet"/>
      </w:pPr>
      <w:r>
        <w:t>Подождите 15–30 секунд перед новой попыткой.</w:t>
      </w:r>
    </w:p>
    <w:p>
      <w:pPr>
        <w:pStyle w:val="ListBullet"/>
      </w:pPr>
      <w:r>
        <w:t>Нажмите подключение один раз и дождитесь результата 30–40 секунд.</w:t>
      </w:r>
    </w:p>
    <w:p>
      <w:pPr>
        <w:pStyle w:val="ListBullet"/>
      </w:pPr>
      <w:r>
        <w:t>Если ошибка повторилась, установите актуальную версию с этой страницы. Скопируйте доступную диагностику или точный текст ошибки и отправьте в поддержку.</w:t>
      </w:r>
    </w:p>
    <w:p>
      <w:pPr>
        <w:pStyle w:val="ListBullet"/>
      </w:pPr>
      <w:r>
        <w:t>Для ручного IKEv2 проверьте сервер и Remote ID выбранного профиля, VPN-логин и пароль, CA-сертификат и EAP-MSCHAPv2 по инструкции выше.</w:t>
      </w:r>
    </w:p>
    <w:p>
      <w:pPr>
        <w:pStyle w:val="ListBullet"/>
      </w:pPr>
      <w:r>
        <w:t>Не удаляйте системные VPN-профили наугад. При повторной ошибке отправьте полный код, версию Windows и скриншот.</w:t>
      </w:r>
    </w:p>
    <w:p>
      <w:pPr>
        <w:pStyle w:val="Heading2"/>
        <w:keepNext/>
      </w:pPr>
      <w:r>
        <w:t>Ошибка API или очистка сессии не подтверждена</w:t>
      </w:r>
    </w:p>
    <w:p>
      <w:pPr>
        <w:pStyle w:val="ListBullet"/>
      </w:pPr>
      <w:r>
        <w:t>Проверьте, что кабинет открывается без VPN. При сообщении об очистке нажмите «Отключить» и дождитесь результата.</w:t>
      </w:r>
    </w:p>
    <w:p>
      <w:pPr>
        <w:pStyle w:val="ListBullet"/>
      </w:pPr>
      <w:r>
        <w:t>Полностью закройте TrafDefence через значок в трее и откройте приложение снова.</w:t>
      </w:r>
    </w:p>
    <w:p>
      <w:pPr>
        <w:pStyle w:val="ListBullet"/>
      </w:pPr>
      <w:r>
        <w:t>Подождите 15–30 секунд перед новой попыткой.</w:t>
      </w:r>
    </w:p>
    <w:p>
      <w:pPr>
        <w:pStyle w:val="ListBullet"/>
      </w:pPr>
      <w:r>
        <w:t>Нажмите подключение один раз и дождитесь результата 30–40 секунд.</w:t>
      </w:r>
    </w:p>
    <w:p>
      <w:pPr>
        <w:pStyle w:val="ListBullet"/>
      </w:pPr>
      <w:r>
        <w:t>Если ошибка повторилась, установите актуальную версию с этой страницы. Скопируйте доступную диагностику или точный текст ошибки и отправьте в поддержку.</w:t>
      </w:r>
    </w:p>
    <w:p>
      <w:pPr>
        <w:pStyle w:val="ListBullet"/>
      </w:pPr>
      <w:r>
        <w:t>Если очистка по-прежнему не подтверждена, отправьте диагностику в поддержку и дождитесь ответа перед новой попыткой.</w:t>
      </w:r>
    </w:p>
    <w:p>
      <w:pPr>
        <w:pStyle w:val="Heading1"/>
        <w:keepNext/>
      </w:pPr>
      <w:r>
        <w:t>Обращение в поддержку</w:t>
      </w:r>
    </w:p>
    <w:p>
      <w:r>
        <w:t>В кабинете нажмите Помощь или Поддержка. Укажите платформу и версию системы, способ подключения, выбранный маршрут, время ошибки и точный текст или код. Приложите доступную диагностику или скриншот без паролей. Не отправляйте VPN-пароль, пароль кабинета и персональный профиль. Если очистка сессии не подтверждена, дождитесь ответа поддержки перед новой попыткой.</w:t>
      </w:r>
    </w:p>
    <w:p>
      <w:r>
        <w:br w:type="page"/>
      </w:r>
    </w:p>
    <w:p>
      <w:pPr>
        <w:pStyle w:val="Title"/>
      </w:pPr>
      <w:bookmarkStart w:id="2" w:name="instruction_en"/>
      <w:r>
        <w:t>Connecting TrafDefence on Windows</w:t>
      </w:r>
      <w:bookmarkEnd w:id="2"/>
    </w:p>
    <w:p>
      <w:r>
        <w:t>Follow your chosen connection method. For manual IKEv2, use the details from one available profile in your own TrafDefence account.</w:t>
      </w:r>
    </w:p>
    <w:p>
      <w:pPr>
        <w:pStyle w:val="Heading1"/>
        <w:keepNext/>
      </w:pPr>
      <w:r>
        <w:t>Before you begin</w:t>
      </w:r>
    </w:p>
    <w:p>
      <w:pPr>
        <w:pStyle w:val="ListBullet"/>
      </w:pPr>
      <w:r>
        <w:t>Open https://trafdefence.online, sign in and check your active subscription. Open Connection and select your platform.</w:t>
      </w:r>
    </w:p>
    <w:p>
      <w:pPr>
        <w:pStyle w:val="ListBullet"/>
      </w:pPr>
      <w:r>
        <w:t>Check normal internet access and disconnect other VPNs. For IKEv2, select only an available route from the profile window. Direct NL and DE are unavailable for manual IKEv2. Do not mix different routes’ details.</w:t>
      </w:r>
    </w:p>
    <w:p>
      <w:pPr>
        <w:pStyle w:val="ListBullet"/>
      </w:pPr>
      <w:r>
        <w:t>Manual setup needs the selected profile’s server, Remote ID, VPN username, VPN password and ca-cert.crt. Do not use the account password here. .sswan and .mobileconfig files contain personal connection details: do not share them and delete the downloaded copy after installation.</w:t>
      </w:r>
    </w:p>
    <w:p>
      <w:pPr>
        <w:pStyle w:val="Heading1"/>
        <w:keepNext/>
      </w:pPr>
      <w:r>
        <w:t>Installation and connection</w:t>
      </w:r>
    </w:p>
    <w:p>
      <w:pPr>
        <w:pStyle w:val="ListNumber"/>
      </w:pPr>
      <w:r>
        <w:t>In your account, open Connection → Windows. Download TrafDefence.exe and run it. Approve the required system prompts.</w:t>
      </w:r>
    </w:p>
    <w:p>
      <w:pPr>
        <w:pStyle w:val="ListNumber"/>
      </w:pPr>
      <w:r>
        <w:t>Enter one complete credential pair: account email or login and account password, or VPN username and VPN password. Select an available route and press Connect once.</w:t>
      </w:r>
    </w:p>
    <w:p>
      <w:pPr>
        <w:pStyle w:val="ListNumber"/>
      </w:pPr>
      <w:r>
        <w:t>Wait 30–40 seconds for the result. Use Disconnect in the app to stop the VPN. Use the tray icon to fully exit.</w:t>
      </w:r>
    </w:p>
    <w:p>
      <w:pPr>
        <w:pStyle w:val="ListNumber"/>
      </w:pPr>
      <w:r>
        <w:t>Alternatively, download TrafDefence-Alternative.exe, run it, enter the same complete credential pair and approve setup. The configurator creates the TrafDefence Alternative system connection, which you can control in Windows VPN settings. Run the configurator again to refresh settings.</w:t>
      </w:r>
    </w:p>
    <w:p>
      <w:pPr>
        <w:pStyle w:val="Heading1"/>
        <w:keepNext/>
      </w:pPr>
      <w:r>
        <w:t>Manual setup</w:t>
      </w:r>
    </w:p>
    <w:p>
      <w:pPr>
        <w:pStyle w:val="ListNumber"/>
      </w:pPr>
      <w:r>
        <w:t>Download ca-cert.crt. Right-click → Install Certificate → Local Machine → Place all certificates in the following store → Trusted Root Certification Authorities. Approve the prompts and complete import.</w:t>
      </w:r>
    </w:p>
    <w:p>
      <w:pPr>
        <w:pStyle w:val="ListNumber"/>
      </w:pPr>
      <w:r>
        <w:t>Settings → Network and Internet → VPN → Add VPN. Use Windows built-in provider, TrafDefence as the name, the selected profile’s server, IKEv2 type and Username and password sign-in. Enter the same profile’s VPN username and VPN password and save.</w:t>
      </w:r>
    </w:p>
    <w:p>
      <w:pPr>
        <w:pStyle w:val="ListNumber"/>
      </w:pPr>
      <w:r>
        <w:t>Win+R → ncpa.cpl → properties of the new connection → Security. Enable EAP and select EAP-MSCHAPv2. Under Networking → IPv4 → Properties → Advanced, enable Use default gateway on remote network.</w:t>
      </w:r>
    </w:p>
    <w:p>
      <w:pPr>
        <w:pStyle w:val="ListNumber"/>
      </w:pPr>
      <w:r>
        <w:t>Select the connection in VPN settings and press Connect. The system dialog has no separate Remote ID field: use the server address from the selected profile. Keep certificate verification enabled.</w:t>
      </w:r>
    </w:p>
    <w:p>
      <w:pPr>
        <w:pStyle w:val="Heading1"/>
        <w:keepNext/>
      </w:pPr>
      <w:r>
        <w:t>Checking and changing the route</w:t>
      </w:r>
    </w:p>
    <w:p>
      <w:pPr>
        <w:pStyle w:val="ListNumber"/>
      </w:pPr>
      <w:r>
        <w:t>Connecting may take 30–40 seconds. Press Connect once and wait for the result without switching networks.</w:t>
      </w:r>
    </w:p>
    <w:p>
      <w:pPr>
        <w:pStyle w:val="ListNumber"/>
      </w:pPr>
      <w:r>
        <w:t>Open https://2ip.ru and several websites. The external IP should change and match the selected route’s exit. Connected status alone does not confirm traffic flow.</w:t>
      </w:r>
    </w:p>
    <w:p>
      <w:pPr>
        <w:pStyle w:val="ListNumber"/>
      </w:pPr>
      <w:r>
        <w:t>To change routes, disconnect the old VPN, select the new route and download its profile or update all manual fields from it. In the app, select the new route. Reconnect and check the IP.</w:t>
      </w:r>
    </w:p>
    <w:p>
      <w:pPr>
        <w:pStyle w:val="Heading1"/>
        <w:keepNext/>
      </w:pPr>
      <w:r>
        <w:t>Troubleshooting</w:t>
      </w:r>
    </w:p>
    <w:p>
      <w:pPr>
        <w:pStyle w:val="Heading2"/>
        <w:keepNext/>
      </w:pPr>
      <w:r>
        <w:t>Connection stopped or an error code appeared</w:t>
      </w:r>
    </w:p>
    <w:p>
      <w:pPr>
        <w:pStyle w:val="ListBullet"/>
      </w:pPr>
      <w:r>
        <w:t>Fully exit TrafDefence using its tray icon, then reopen the app.</w:t>
      </w:r>
    </w:p>
    <w:p>
      <w:pPr>
        <w:pStyle w:val="ListBullet"/>
      </w:pPr>
      <w:r>
        <w:t>Wait 15–30 seconds before trying again.</w:t>
      </w:r>
    </w:p>
    <w:p>
      <w:pPr>
        <w:pStyle w:val="ListBullet"/>
      </w:pPr>
      <w:r>
        <w:t>Press Connect once and wait 30–40 seconds for the result.</w:t>
      </w:r>
    </w:p>
    <w:p>
      <w:pPr>
        <w:pStyle w:val="ListBullet"/>
      </w:pPr>
      <w:r>
        <w:t>If the error repeats, install the current version from this page. Copy the available diagnostics or exact error message and send it to support.</w:t>
      </w:r>
    </w:p>
    <w:p>
      <w:pPr>
        <w:pStyle w:val="Heading2"/>
        <w:keepNext/>
      </w:pPr>
      <w:r>
        <w:t>Incorrect login or password</w:t>
      </w:r>
    </w:p>
    <w:p>
      <w:pPr>
        <w:pStyle w:val="ListBullet"/>
      </w:pPr>
      <w:r>
        <w:t>In the app, enter your account email/login and password, or your VPN username and VPN password. Use one complete pair.</w:t>
      </w:r>
    </w:p>
    <w:p>
      <w:pPr>
        <w:pStyle w:val="ListBullet"/>
      </w:pPr>
      <w:r>
        <w:t>For manual setup, copy the server, Remote ID, VPN username and VPN password from one selected profile. Do not enter the account password here.</w:t>
      </w:r>
    </w:p>
    <w:p>
      <w:pPr>
        <w:pStyle w:val="ListBullet"/>
      </w:pPr>
      <w:r>
        <w:t>Remove leading and trailing spaces. Check letter case. Copy current credentials from your account or selected profile.</w:t>
      </w:r>
    </w:p>
    <w:p>
      <w:pPr>
        <w:pStyle w:val="Heading2"/>
        <w:keepNext/>
      </w:pPr>
      <w:r>
        <w:t>How to retry with one VPN</w:t>
      </w:r>
    </w:p>
    <w:p>
      <w:pPr>
        <w:pStyle w:val="ListBullet"/>
      </w:pPr>
      <w:r>
        <w:t>Disconnect another service’s VPN. Fully close its app and network accelerators.</w:t>
      </w:r>
    </w:p>
    <w:p>
      <w:pPr>
        <w:pStyle w:val="ListBullet"/>
      </w:pPr>
      <w:r>
        <w:t>Check that the internet works without VPN. Keep the same Wi-Fi, wired or mobile connection while connecting.</w:t>
      </w:r>
    </w:p>
    <w:p>
      <w:pPr>
        <w:pStyle w:val="ListBullet"/>
      </w:pPr>
      <w:r>
        <w:t>Connect only TrafDefence and wait 30–40 seconds for the result.</w:t>
      </w:r>
    </w:p>
    <w:p>
      <w:pPr>
        <w:pStyle w:val="Heading2"/>
        <w:keepNext/>
      </w:pPr>
      <w:r>
        <w:t>VPN is connected, but websites, games or apps do not open</w:t>
      </w:r>
    </w:p>
    <w:p>
      <w:pPr>
        <w:pStyle w:val="ListBullet"/>
      </w:pPr>
      <w:r>
        <w:t>Check websites without VPN, then reconnect the selected route.</w:t>
      </w:r>
    </w:p>
    <w:p>
      <w:pPr>
        <w:pStyle w:val="ListBullet"/>
      </w:pPr>
      <w:r>
        <w:t>Disable a third-party proxy. For the check, restore automatic DNS and turn off third-party secure DNS.</w:t>
      </w:r>
    </w:p>
    <w:p>
      <w:pPr>
        <w:pStyle w:val="ListBullet"/>
      </w:pPr>
      <w:r>
        <w:t>Check your external IP at 2ip.ru and open several websites. If the issue remains, send the website addresses and check time to support.</w:t>
      </w:r>
    </w:p>
    <w:p>
      <w:pPr>
        <w:pStyle w:val="Heading2"/>
        <w:keepNext/>
      </w:pPr>
      <w:r>
        <w:t>Connection details are missing or access expired</w:t>
      </w:r>
    </w:p>
    <w:p>
      <w:pPr>
        <w:pStyle w:val="ListBullet"/>
      </w:pPr>
      <w:r>
        <w:t>Check the subscription status and expiry date on your account home page.</w:t>
      </w:r>
    </w:p>
    <w:p>
      <w:pPr>
        <w:pStyle w:val="ListBullet"/>
      </w:pPr>
      <w:r>
        <w:t>After payment, reload the page or sign in again. With an active subscription, select the required profile.</w:t>
      </w:r>
    </w:p>
    <w:p>
      <w:pPr>
        <w:pStyle w:val="ListBullet"/>
      </w:pPr>
      <w:r>
        <w:t>To renew, pay for the next period manually; there are no automatic charges.</w:t>
      </w:r>
    </w:p>
    <w:p>
      <w:pPr>
        <w:pStyle w:val="Heading2"/>
        <w:keepNext/>
      </w:pPr>
      <w:r>
        <w:t>Windows RAS code 87, 632 or 809</w:t>
      </w:r>
    </w:p>
    <w:p>
      <w:pPr>
        <w:pStyle w:val="ListBullet"/>
      </w:pPr>
      <w:r>
        <w:t>Fully exit TrafDefence using its tray icon, then reopen the app.</w:t>
      </w:r>
    </w:p>
    <w:p>
      <w:pPr>
        <w:pStyle w:val="ListBullet"/>
      </w:pPr>
      <w:r>
        <w:t>Wait 15–30 seconds before trying again.</w:t>
      </w:r>
    </w:p>
    <w:p>
      <w:pPr>
        <w:pStyle w:val="ListBullet"/>
      </w:pPr>
      <w:r>
        <w:t>Press Connect once and wait 30–40 seconds for the result.</w:t>
      </w:r>
    </w:p>
    <w:p>
      <w:pPr>
        <w:pStyle w:val="ListBullet"/>
      </w:pPr>
      <w:r>
        <w:t>If the error repeats, install the current version from this page. Copy the available diagnostics or exact error message and send it to support.</w:t>
      </w:r>
    </w:p>
    <w:p>
      <w:pPr>
        <w:pStyle w:val="ListBullet"/>
      </w:pPr>
      <w:r>
        <w:t>For manual IKEv2, check the selected profile’s server and Remote ID, VPN credentials, CA certificate and EAP-MSCHAPv2 against the instructions above.</w:t>
      </w:r>
    </w:p>
    <w:p>
      <w:pPr>
        <w:pStyle w:val="ListBullet"/>
      </w:pPr>
      <w:r>
        <w:t>Do not delete system VPN profiles at random. If the error repeats, send the full code, Windows version and a screenshot.</w:t>
      </w:r>
    </w:p>
    <w:p>
      <w:pPr>
        <w:pStyle w:val="Heading2"/>
        <w:keepNext/>
      </w:pPr>
      <w:r>
        <w:t>API error or session cleanup is unconfirmed</w:t>
      </w:r>
    </w:p>
    <w:p>
      <w:pPr>
        <w:pStyle w:val="ListBullet"/>
      </w:pPr>
      <w:r>
        <w:t>Check that your account page opens without VPN. If cleanup is reported, press Disconnect and wait for the result.</w:t>
      </w:r>
    </w:p>
    <w:p>
      <w:pPr>
        <w:pStyle w:val="ListBullet"/>
      </w:pPr>
      <w:r>
        <w:t>Fully exit TrafDefence using its tray icon, then reopen the app.</w:t>
      </w:r>
    </w:p>
    <w:p>
      <w:pPr>
        <w:pStyle w:val="ListBullet"/>
      </w:pPr>
      <w:r>
        <w:t>Wait 15–30 seconds before trying again.</w:t>
      </w:r>
    </w:p>
    <w:p>
      <w:pPr>
        <w:pStyle w:val="ListBullet"/>
      </w:pPr>
      <w:r>
        <w:t>Press Connect once and wait 30–40 seconds for the result.</w:t>
      </w:r>
    </w:p>
    <w:p>
      <w:pPr>
        <w:pStyle w:val="ListBullet"/>
      </w:pPr>
      <w:r>
        <w:t>If the error repeats, install the current version from this page. Copy the available diagnostics or exact error message and send it to support.</w:t>
      </w:r>
    </w:p>
    <w:p>
      <w:pPr>
        <w:pStyle w:val="ListBullet"/>
      </w:pPr>
      <w:r>
        <w:t>If cleanup is still unconfirmed, send diagnostics to support and wait for a reply before another attempt.</w:t>
      </w:r>
    </w:p>
    <w:p>
      <w:pPr>
        <w:pStyle w:val="Heading1"/>
        <w:keepNext/>
      </w:pPr>
      <w:r>
        <w:t>Contacting support</w:t>
      </w:r>
    </w:p>
    <w:p>
      <w:r>
        <w:t>In your account, open Help or Support. Include the platform and system version, connection method, selected route, error time and exact message or code. Attach available diagnostics or a screenshot without passwords. Do not send the VPN password, account password or personal profile. If session cleanup is unconfirmed, wait for support before trying again.</w:t>
      </w:r>
    </w:p>
    <w:sectPr w:rsidR="00FC693F" w:rsidRPr="0006063C" w:rsidSect="00034616">
      <w:pgSz w:w="12240" w:h="15840"/>
      <w:pgMar w:top="1020" w:right="1191" w:bottom="1020"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0" w:line="240" w:lineRule="auto"/>
      <w:contextualSpacing/>
    </w:pPr>
    <w:rPr>
      <w:rFonts w:asciiTheme="majorHAnsi" w:eastAsiaTheme="majorEastAsia" w:hAnsiTheme="majorHAnsi" w:cstheme="majorBidi"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TrafDefence Windows RU EN</dc:title>
  <dc:subject>Bilingual connection instructions RU EN</dc:subject>
  <dc:creator>TrafDefence</dc:creator>
  <cp:keywords>TrafDefence, VPN, инструкция</cp:keywords>
  <dc:description>generated by python-docx</dc:description>
  <cp:lastModifiedBy/>
  <cp:revision>1</cp:revision>
  <dcterms:created xsi:type="dcterms:W3CDTF">2013-12-23T23:15:00Z</dcterms:created>
  <dcterms:modified xsi:type="dcterms:W3CDTF">2013-12-23T23:15:00Z</dcterms:modified>
  <cp:category/>
</cp:coreProperties>
</file>